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נושאי הכתיבה ואת שלוש רמות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ההבדלים באיכות השפה ובמידת התמיכה בין הרמות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וכתיבת פסקת פתיחה מתאימה לרמה הנבחרת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להחליף רמה בכל שלב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הנושא במסע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גיאוגרפיה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הנושא או הרמה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(סיפור אישי על 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(מכתב בנושא 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(תיאור ונימוק בנושא גיאוגרפיה)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נושא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רמת כתיבה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טיוטה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קראו ושפרו את הטקסט עד לגרסה מוכנה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קצרה וברורה בנושא שנבחר, עם פתיחה, לפחות משפט אחד עם מילת קישור כמו 'כי' או 'לכן'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 נושאים ו-3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ההבדל הוא באיכות השפה ובמידת התמיכה, לא רק באורך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המנמקת בחירה מתוך שלושת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כרטיסי המסע ולתת לתלמידים לבחור נושא ורמה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ההבדלים בין הרמות לפני שלב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להחליף רמה באמצע ולהשוות כיצד משתנה 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במסע הכתיבה בוחרים נושא ורמה, ועוברים דרך תחנות שונות עד שמגיעים לטקסט מוכן. אפשר להחליף רמה בכל שלב, והטיוטה נשארת אצלכם לאורך הדרך.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גיאוגרפיה  ·  שבע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נושאים אפשר לבחור במסע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רמות כתיבה יש במסע?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להחליף רמה רק בתחילת המסע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הנושא 'רגע שבו הייתי אמיץ/ה' הוא סיפור אישי שעוסק בחוסן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במסע הכתיבה יש __________ תחנות עד לטקסט מוכן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הנושא 'מקום בעולם שהייתי רוצה לבקר בו' שייך לתחום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הנושא או הרמה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💪 רגע שבו הייתי אמיץ/ה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תיאור ונימוק בנושא גיאוגרפיה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✉️ מכתב לתלמיד/ה שעלה/תה עכשיו לארץ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סיפור אישי על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🌍 מקום בעולם שהייתי רוצה לבקר 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מכתב בנושא עולים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הכתיבה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טיוטה ראשונית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נושא כתיבה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ושפרו את הטקסט עד לגרסה מוכנה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רמת כתיבה מתאימה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משלושת הנושאים במסע הכתיבה וכתבו פסקת פתיחה מתאימה לרמה הבינונית, עם פסקה אחת ומילת קישור אחת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נושאים וכמה רמות יש במסע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העיקרי בין רמת הכתיבה הפשוטה למתקדמת?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כתיבה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