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נושאי הכתיבה ואת שלוש רמות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ההבדלים באיכות השפה ובמידת התמיכה בין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וכתיבת פסקת פתיחה מתאימה לרמה הנבחרת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שפה עשירה וחשיבה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רק במכשיר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להחליף רמה בכל שלב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הנושא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המאפיין המרכזי של הרמה הבינונית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ההבדל הוא גם באיכות השפה ובמידת התמיכה, לא רק באורך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גיאוגרפיה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הנושא או הרמה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(סיפור אישי על 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(מכתב בנושא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(תיאור ונימוק בנושא גיאוגרפיה)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(משפטים קצרים ובנק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(שפה עשירה וחשיבה מעמיקה)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נושא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רמת כתיבה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טיוטה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קראו ושפרו את הטקסט עד לגרסה מוכנה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קצרה וברורה בנושא שנבחר, עם פתיחה, לפחות משפט אחד עם מילת קישור כמו 'כי' או 'לכן'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כל כותב מתקדם בקצב שונה, והחלפת רמה מאפשרת להתאים את הכתיבה ליכולת האישית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נושאים ו-3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ההבדל הוא באיכות השפה ובמידת התמיכה, לא רק באורך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המנמקת בחירה מתוך שלושת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המסע ולתת לתלמידים לבחור נושא ורמה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ההבדלים בין הרמות לפני שלב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להחליף רמה באמצע ולהשוות כיצד משתנה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במסע הכתיבה בוחרים נושא ובוחרים רמה. אחר כך כותבים טקסט שלב אחרי שלב עד שהוא מוכן.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 כתיבה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שלב אחר שלב לכתיבת טקסט מוכן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אחד בדרך לכתיבת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הראשוני לפני השיפור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דרגת הקושי והתמיכה בכתיבה: פשוט, בינוני, מתקדם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בנק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שעוזרות לכתוב במהירות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 או רעיונות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ברעיון או בדעה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ולהתגבר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נושאים יש לבחירה?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רמות אפשר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רמה מקבלים עזרה עם מילים ופתיחות?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בינוני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רמה כזו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מיוחד ברמה הכי גבוהה?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עשירה וחשיבה מעמיקה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בנק מילים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לכתוב טיוטה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נשמר הטקסט שלכם בזמן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במכשיר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נשמרת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להחליף רמה רק בתחילת המסע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'רגע שבו הייתי אמיץ/ה' הוא סיפור אישי שעוסק בחוסן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הבינונית לומדים לכתוב פסקאות ולהשתמש במילות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ההבדל בין הרמות הוא רק באורך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שבע תחנות בדרך לטקסט מוכן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במסע הכתיבה יש __________ תחנות עד לטקסט מוכן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הנושא 'מקום בעולם שהייתי רוצה לבקר בו' שייך לתחום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הטקסט הראשוני שנכתב לפני הגרסה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ברמה ה__________ משתמשים בשפה עשירה ובחשיבה מעמיקה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הנושא או הרמה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💪 רגע שבו הייתי אמיץ/ה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מכתב בנושא 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✉️ מכתב לתלמיד/ה שעלה/תה עכשיו לארץ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משפטים קצרים ובנק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🌍 מקום בעולם שהייתי רוצה לבקר 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שפה עשירה וחשיבה מעמיקה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🌱 פשוט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אישי על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🌳 מתקדם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תיאור ונימוק בנושא גיאוגרפיה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הכתיבה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ושפרו את הטקסט עד לגרסה מוכנה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טיוטה ראשונית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רמת כתיבה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נושא 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משלושת הנושאים במסע הכתיבה וכתבו פסקת פתיחה מתאימה לרמה הבינונית, עם פסקה אחת ומילת קישור אחת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שאפשר להחליף רמת כתיבה באמצע המסע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נושאים וכמה רמות יש במסע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רמת הכתיבה הפשוטה למתקדמת?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נושא הייתם בוחרים לכתיבה,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