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נושאי הכתיבה ואת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ההבדלים באיכות השפה ובמידת התמיכה בין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וכתיבת פסקת פתיחה מתאימה לרמה הנבחרת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שפה עשירה וחשיבה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במכשיר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להחליף רמה בכל שלב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הנושא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המאפיין המרכזי של הרמה הבינונית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ההבדל הוא גם באיכות השפה ובמידת התמיכה, לא רק באורך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גיאוגרפיה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הנושא או הרמה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אישי על 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 בנושא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(תיאור ונימוק בנושא גיאוגרפיה)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(משפטים קצרים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(שפה עשירה וחשיבה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נושא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כתיבה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טיוטה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קראו ושפרו את הטקסט עד לגרסה מוכנה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קצרה וברורה בנושא שנבחר, עם פתיחה, לפחות משפט אחד עם מילת קישור כמו 'כי' או 'לכן'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כל כותב מתקדם בקצב שונה, והחלפת רמה מאפשרת להתאים את הכתיבה ליכולת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נושאים ו-3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ההבדל הוא באיכות השפה ובמידת התמיכה, לא רק באורך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המנמקת בחירה מתוך שלושת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המסע ולתת לתלמידים לבחור נושא ורמה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ההבדלים בין הרמות לפני שלב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להחליף רמה באמצע ולהשוות כיצד משתנה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הכתיבה בוחרים נושא ורמה, ועוברים דרך תחנות שונות עד שמגיעים לטקסט מוכן. אפשר להחליף רמה בכל שלב, והטיוטה נשארת אצלכם לאורך הדרך.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נושאים אפשר לבחור במסע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כתיבה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רמה יש בנק מילים ופתיחות מוכנות?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רמה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את הרמה המתקדמת?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עשירה וחשיבה מעמיקה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 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לכתוב 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נשמרת הטיוטה בזמן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במכשיר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נשמרת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רמה רק בתחילת 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'רגע שבו הייתי אמיץ/ה' הוא סיפור אישי שעוסק בחוסן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הבינונית לומדים לכתוב פסקאות ולהשתמש במילות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ההבדל בין הרמות הוא רק באורך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שבע תחנות בדרך לטקסט מוכן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במסע הכתיבה יש __________ תחנות עד לטקסט 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הנושא 'מקום בעולם שהייתי רוצה לבקר בו' שייך לתחום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הטקסט הראשוני שנכתב לפני הגרסה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ה__________ משתמשים בשפה עשירה ובחשיבה מעמיקה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הנושא או הרמה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💪 רגע שבו הייתי אמיץ/ה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בנושא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✉️ מכתב לתלמיד/ה שעלה/תה עכשיו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משפטים קצרים ובנק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🌍 מקום בעולם שהייתי רוצה לבקר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אישי על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🌱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עשירה וחשיבה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🌳 מתקדם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ונימוק בנושא גיאוגרפיה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טיוטה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ושפרו את הטקסט עד לגרסה מוכנה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רמת כתיבה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נושא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הנושאים במסע הכתיבה וכתבו פסקת פתיחה מתאימה לרמה הבינונית, עם פסקה אחת ומילת קישור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שאפשר להחליף רמת כתיבה באמצע המסע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נושאים וכמה רמות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רמת הכתיבה הפשוטה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הייתם בוחרים לכתיבה,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